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8352"/>
      </w:tblGrid>
      <w:tr w:rsidR="006B569E" w14:paraId="78A3F7FF" w14:textId="77777777">
        <w:tc>
          <w:tcPr>
            <w:tcW w:w="2376" w:type="dxa"/>
            <w:vAlign w:val="center"/>
          </w:tcPr>
          <w:p w14:paraId="3C43A765" w14:textId="1369BE73" w:rsidR="006B569E" w:rsidRPr="00D24BC9" w:rsidRDefault="0098193E">
            <w:pPr>
              <w:jc w:val="center"/>
              <w:rPr>
                <w:b/>
                <w:bCs/>
                <w:sz w:val="28"/>
                <w:szCs w:val="28"/>
              </w:rPr>
            </w:pPr>
            <w:r w:rsidRPr="00D24BC9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ABBF361" wp14:editId="3CBDAC04">
                  <wp:extent cx="1371600" cy="1371600"/>
                  <wp:effectExtent l="0" t="0" r="0" b="0"/>
                  <wp:docPr id="170779637" name="Picture 2" descr="A person with curly hair wearing a red shirt against a plain background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79637" name="Picture 2" descr="A person with curly hair wearing a red shirt against a plain background.&#10;&#10;AI-generated content may be incorrect.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vAlign w:val="center"/>
          </w:tcPr>
          <w:p w14:paraId="0A79AB0E" w14:textId="21270195" w:rsidR="006B569E" w:rsidRPr="00D24BC9" w:rsidRDefault="00AF5E17">
            <w:pPr>
              <w:spacing w:after="160"/>
              <w:rPr>
                <w:b/>
                <w:bCs/>
                <w:sz w:val="28"/>
                <w:szCs w:val="28"/>
              </w:rPr>
            </w:pPr>
            <w:r w:rsidRPr="00D24BC9">
              <w:rPr>
                <w:b/>
                <w:bCs/>
                <w:sz w:val="28"/>
                <w:szCs w:val="28"/>
              </w:rPr>
              <w:t xml:space="preserve">Name:  </w:t>
            </w:r>
            <w:r w:rsidR="00053A42" w:rsidRPr="00D24BC9">
              <w:rPr>
                <w:b/>
                <w:bCs/>
                <w:sz w:val="28"/>
                <w:szCs w:val="28"/>
              </w:rPr>
              <w:t>Sukh Brar</w:t>
            </w:r>
            <w:r w:rsidRPr="00D24BC9">
              <w:rPr>
                <w:b/>
                <w:bCs/>
                <w:sz w:val="28"/>
                <w:szCs w:val="28"/>
              </w:rPr>
              <w:br/>
              <w:t xml:space="preserve">Position:  </w:t>
            </w:r>
            <w:r w:rsidR="00053A42" w:rsidRPr="00D24BC9">
              <w:rPr>
                <w:b/>
                <w:bCs/>
                <w:sz w:val="28"/>
                <w:szCs w:val="28"/>
              </w:rPr>
              <w:t>President</w:t>
            </w:r>
          </w:p>
        </w:tc>
      </w:tr>
    </w:tbl>
    <w:p w14:paraId="456DEF84" w14:textId="77777777" w:rsidR="006B569E" w:rsidRDefault="006B569E">
      <w:pPr>
        <w:spacing w:after="160"/>
      </w:pPr>
    </w:p>
    <w:p w14:paraId="258A7ACA" w14:textId="77777777" w:rsidR="006B569E" w:rsidRPr="00D24BC9" w:rsidRDefault="00AF5E17" w:rsidP="00D24BC9">
      <w:pPr>
        <w:spacing w:before="160" w:after="120"/>
        <w:jc w:val="both"/>
        <w:rPr>
          <w:sz w:val="24"/>
          <w:szCs w:val="24"/>
        </w:rPr>
      </w:pPr>
      <w:r w:rsidRPr="00D24BC9">
        <w:rPr>
          <w:b/>
          <w:sz w:val="24"/>
          <w:szCs w:val="24"/>
        </w:rPr>
        <w:t>Profile Statement</w:t>
      </w:r>
    </w:p>
    <w:p w14:paraId="4C955712" w14:textId="6B0A7A19" w:rsidR="006B569E" w:rsidRPr="00D24BC9" w:rsidRDefault="00AF5E17" w:rsidP="00D24BC9">
      <w:pPr>
        <w:pStyle w:val="ListBullet"/>
        <w:numPr>
          <w:ilvl w:val="0"/>
          <w:numId w:val="0"/>
        </w:numPr>
        <w:jc w:val="both"/>
        <w:rPr>
          <w:sz w:val="24"/>
          <w:szCs w:val="24"/>
        </w:rPr>
      </w:pPr>
      <w:r w:rsidRPr="00D24BC9">
        <w:rPr>
          <w:sz w:val="24"/>
          <w:szCs w:val="24"/>
        </w:rPr>
        <w:t xml:space="preserve">Hi, I’m </w:t>
      </w:r>
      <w:r w:rsidR="00053A42" w:rsidRPr="00D24BC9">
        <w:rPr>
          <w:sz w:val="24"/>
          <w:szCs w:val="24"/>
        </w:rPr>
        <w:t xml:space="preserve">Sukh Brar </w:t>
      </w:r>
      <w:r w:rsidRPr="00D24BC9">
        <w:rPr>
          <w:sz w:val="24"/>
          <w:szCs w:val="24"/>
        </w:rPr>
        <w:t>currently in</w:t>
      </w:r>
      <w:r w:rsidR="00053A42" w:rsidRPr="00D24BC9">
        <w:rPr>
          <w:sz w:val="24"/>
          <w:szCs w:val="24"/>
        </w:rPr>
        <w:t xml:space="preserve"> the Nursing Program and I </w:t>
      </w:r>
      <w:r w:rsidR="006C23C6" w:rsidRPr="00D24BC9">
        <w:rPr>
          <w:sz w:val="24"/>
          <w:szCs w:val="24"/>
        </w:rPr>
        <w:t xml:space="preserve">foresee the need </w:t>
      </w:r>
      <w:r w:rsidR="00053A42" w:rsidRPr="00D24BC9">
        <w:rPr>
          <w:sz w:val="24"/>
          <w:szCs w:val="24"/>
        </w:rPr>
        <w:t>for</w:t>
      </w:r>
      <w:r w:rsidR="006C23C6" w:rsidRPr="00D24BC9">
        <w:rPr>
          <w:sz w:val="24"/>
          <w:szCs w:val="24"/>
        </w:rPr>
        <w:t xml:space="preserve"> </w:t>
      </w:r>
      <w:r w:rsidR="00FA1744" w:rsidRPr="00D24BC9">
        <w:rPr>
          <w:sz w:val="24"/>
          <w:szCs w:val="24"/>
        </w:rPr>
        <w:t xml:space="preserve">strong </w:t>
      </w:r>
      <w:r w:rsidR="006C23C6" w:rsidRPr="00D24BC9">
        <w:rPr>
          <w:sz w:val="24"/>
          <w:szCs w:val="24"/>
        </w:rPr>
        <w:t>student advocacy</w:t>
      </w:r>
      <w:r w:rsidR="00FA1744" w:rsidRPr="00D24BC9">
        <w:rPr>
          <w:sz w:val="24"/>
          <w:szCs w:val="24"/>
        </w:rPr>
        <w:t xml:space="preserve">. </w:t>
      </w:r>
      <w:r w:rsidR="0034403C" w:rsidRPr="00D24BC9">
        <w:rPr>
          <w:sz w:val="24"/>
          <w:szCs w:val="24"/>
        </w:rPr>
        <w:t>With the</w:t>
      </w:r>
      <w:r w:rsidR="00D24BC9" w:rsidRPr="00D24BC9">
        <w:rPr>
          <w:sz w:val="24"/>
          <w:szCs w:val="24"/>
        </w:rPr>
        <w:t xml:space="preserve"> </w:t>
      </w:r>
      <w:r w:rsidR="00510CAB" w:rsidRPr="00D24BC9">
        <w:rPr>
          <w:sz w:val="24"/>
          <w:szCs w:val="24"/>
        </w:rPr>
        <w:t>layoffs that occurred for</w:t>
      </w:r>
      <w:r w:rsidR="0026130D" w:rsidRPr="00D24BC9">
        <w:rPr>
          <w:sz w:val="24"/>
          <w:szCs w:val="24"/>
        </w:rPr>
        <w:t xml:space="preserve"> the</w:t>
      </w:r>
      <w:r w:rsidR="00510CAB" w:rsidRPr="00D24BC9">
        <w:rPr>
          <w:sz w:val="24"/>
          <w:szCs w:val="24"/>
        </w:rPr>
        <w:t xml:space="preserve"> Langara faculty, the number of </w:t>
      </w:r>
      <w:r w:rsidR="000813D2" w:rsidRPr="00D24BC9">
        <w:rPr>
          <w:sz w:val="24"/>
          <w:szCs w:val="24"/>
        </w:rPr>
        <w:t xml:space="preserve">appointments a student can have with a counselor has gone from 12 per semester to 6 per year. </w:t>
      </w:r>
      <w:r w:rsidR="0026130D" w:rsidRPr="00D24BC9">
        <w:rPr>
          <w:sz w:val="24"/>
          <w:szCs w:val="24"/>
        </w:rPr>
        <w:t>I strongly feel that t</w:t>
      </w:r>
      <w:r w:rsidR="000813D2" w:rsidRPr="00D24BC9">
        <w:rPr>
          <w:sz w:val="24"/>
          <w:szCs w:val="24"/>
        </w:rPr>
        <w:t xml:space="preserve">his is a travesty for the mental health of students and </w:t>
      </w:r>
      <w:r w:rsidR="0026130D" w:rsidRPr="00D24BC9">
        <w:rPr>
          <w:sz w:val="24"/>
          <w:szCs w:val="24"/>
        </w:rPr>
        <w:t>so I am</w:t>
      </w:r>
      <w:r w:rsidR="000813D2" w:rsidRPr="00D24BC9">
        <w:rPr>
          <w:sz w:val="24"/>
          <w:szCs w:val="24"/>
        </w:rPr>
        <w:t xml:space="preserve"> </w:t>
      </w:r>
      <w:r w:rsidR="00853904" w:rsidRPr="00D24BC9">
        <w:rPr>
          <w:sz w:val="24"/>
          <w:szCs w:val="24"/>
        </w:rPr>
        <w:t>campaigning to advocate fo</w:t>
      </w:r>
      <w:r w:rsidR="0026130D" w:rsidRPr="00D24BC9">
        <w:rPr>
          <w:sz w:val="24"/>
          <w:szCs w:val="24"/>
        </w:rPr>
        <w:t xml:space="preserve">r </w:t>
      </w:r>
      <w:r w:rsidR="00287610" w:rsidRPr="00D24BC9">
        <w:rPr>
          <w:sz w:val="24"/>
          <w:szCs w:val="24"/>
        </w:rPr>
        <w:t>my fellow students</w:t>
      </w:r>
      <w:r w:rsidR="0026130D" w:rsidRPr="00D24BC9">
        <w:rPr>
          <w:sz w:val="24"/>
          <w:szCs w:val="24"/>
        </w:rPr>
        <w:t>.</w:t>
      </w:r>
    </w:p>
    <w:p w14:paraId="183A3684" w14:textId="77777777" w:rsidR="006B569E" w:rsidRPr="00D24BC9" w:rsidRDefault="00AF5E17" w:rsidP="00D24BC9">
      <w:pPr>
        <w:spacing w:before="160" w:after="120"/>
        <w:jc w:val="both"/>
        <w:rPr>
          <w:sz w:val="24"/>
          <w:szCs w:val="24"/>
        </w:rPr>
      </w:pPr>
      <w:r w:rsidRPr="00D24BC9">
        <w:rPr>
          <w:b/>
          <w:sz w:val="24"/>
          <w:szCs w:val="24"/>
        </w:rPr>
        <w:t>Platform Statement</w:t>
      </w:r>
    </w:p>
    <w:p w14:paraId="0C4A2BCA" w14:textId="5BE2E725" w:rsidR="006B569E" w:rsidRPr="00D24BC9" w:rsidRDefault="00AF5E17" w:rsidP="00D24BC9">
      <w:pPr>
        <w:jc w:val="both"/>
        <w:rPr>
          <w:sz w:val="24"/>
          <w:szCs w:val="24"/>
        </w:rPr>
      </w:pPr>
      <w:r w:rsidRPr="00D24BC9">
        <w:rPr>
          <w:sz w:val="24"/>
          <w:szCs w:val="24"/>
        </w:rPr>
        <w:t xml:space="preserve">My name is </w:t>
      </w:r>
      <w:r w:rsidR="00110313" w:rsidRPr="00D24BC9">
        <w:rPr>
          <w:sz w:val="24"/>
          <w:szCs w:val="24"/>
        </w:rPr>
        <w:t>Sukh Brar</w:t>
      </w:r>
      <w:r w:rsidR="00D44C80" w:rsidRPr="00D24BC9">
        <w:rPr>
          <w:sz w:val="24"/>
          <w:szCs w:val="24"/>
        </w:rPr>
        <w:t>,</w:t>
      </w:r>
      <w:r w:rsidR="00E67867" w:rsidRPr="00D24BC9">
        <w:rPr>
          <w:sz w:val="24"/>
          <w:szCs w:val="24"/>
        </w:rPr>
        <w:t xml:space="preserve"> I am running</w:t>
      </w:r>
      <w:r w:rsidRPr="00D24BC9">
        <w:rPr>
          <w:sz w:val="24"/>
          <w:szCs w:val="24"/>
        </w:rPr>
        <w:t xml:space="preserve"> for the</w:t>
      </w:r>
      <w:r w:rsidR="009968C8" w:rsidRPr="00D24BC9">
        <w:rPr>
          <w:sz w:val="24"/>
          <w:szCs w:val="24"/>
        </w:rPr>
        <w:t xml:space="preserve"> presidential </w:t>
      </w:r>
      <w:r w:rsidR="00D44C80" w:rsidRPr="00D24BC9">
        <w:rPr>
          <w:sz w:val="24"/>
          <w:szCs w:val="24"/>
        </w:rPr>
        <w:t>position,</w:t>
      </w:r>
      <w:r w:rsidR="006A6030" w:rsidRPr="00D24BC9">
        <w:rPr>
          <w:sz w:val="24"/>
          <w:szCs w:val="24"/>
        </w:rPr>
        <w:t xml:space="preserve"> and</w:t>
      </w:r>
      <w:r w:rsidR="009968C8" w:rsidRPr="00D24BC9">
        <w:rPr>
          <w:sz w:val="24"/>
          <w:szCs w:val="24"/>
        </w:rPr>
        <w:t xml:space="preserve"> </w:t>
      </w:r>
      <w:r w:rsidR="006A6030" w:rsidRPr="00D24BC9">
        <w:rPr>
          <w:sz w:val="24"/>
          <w:szCs w:val="24"/>
        </w:rPr>
        <w:t>w</w:t>
      </w:r>
      <w:r w:rsidR="00110313" w:rsidRPr="00D24BC9">
        <w:rPr>
          <w:sz w:val="24"/>
          <w:szCs w:val="24"/>
        </w:rPr>
        <w:t>e are in a</w:t>
      </w:r>
      <w:r w:rsidR="00EB17F2" w:rsidRPr="00D24BC9">
        <w:rPr>
          <w:sz w:val="24"/>
          <w:szCs w:val="24"/>
        </w:rPr>
        <w:t xml:space="preserve"> mental health</w:t>
      </w:r>
      <w:r w:rsidR="00110313" w:rsidRPr="00D24BC9">
        <w:rPr>
          <w:sz w:val="24"/>
          <w:szCs w:val="24"/>
        </w:rPr>
        <w:t xml:space="preserve"> crisis. </w:t>
      </w:r>
      <w:r w:rsidR="00190465" w:rsidRPr="00D24BC9">
        <w:rPr>
          <w:sz w:val="24"/>
          <w:szCs w:val="24"/>
        </w:rPr>
        <w:t xml:space="preserve">Students are more vulnerable than ever and need strong support to be able to transition from </w:t>
      </w:r>
      <w:r w:rsidR="000C4D45" w:rsidRPr="00D24BC9">
        <w:rPr>
          <w:sz w:val="24"/>
          <w:szCs w:val="24"/>
        </w:rPr>
        <w:t xml:space="preserve">being in </w:t>
      </w:r>
      <w:r w:rsidR="00190465" w:rsidRPr="00D24BC9">
        <w:rPr>
          <w:sz w:val="24"/>
          <w:szCs w:val="24"/>
        </w:rPr>
        <w:t>school to</w:t>
      </w:r>
      <w:r w:rsidR="00B86FF2" w:rsidRPr="00D24BC9">
        <w:rPr>
          <w:sz w:val="24"/>
          <w:szCs w:val="24"/>
        </w:rPr>
        <w:t xml:space="preserve"> working </w:t>
      </w:r>
      <w:r w:rsidR="00ED3493" w:rsidRPr="00D24BC9">
        <w:rPr>
          <w:sz w:val="24"/>
          <w:szCs w:val="24"/>
        </w:rPr>
        <w:t>independently</w:t>
      </w:r>
      <w:r w:rsidR="00B86FF2" w:rsidRPr="00D24BC9">
        <w:rPr>
          <w:sz w:val="24"/>
          <w:szCs w:val="24"/>
        </w:rPr>
        <w:t xml:space="preserve"> in society. </w:t>
      </w:r>
      <w:r w:rsidR="00ED3493" w:rsidRPr="00D24BC9">
        <w:rPr>
          <w:sz w:val="24"/>
          <w:szCs w:val="24"/>
        </w:rPr>
        <w:t>Unfortunately,</w:t>
      </w:r>
      <w:r w:rsidR="004E1265" w:rsidRPr="00D24BC9">
        <w:rPr>
          <w:sz w:val="24"/>
          <w:szCs w:val="24"/>
        </w:rPr>
        <w:t xml:space="preserve"> </w:t>
      </w:r>
      <w:proofErr w:type="gramStart"/>
      <w:r w:rsidR="004E1265" w:rsidRPr="00D24BC9">
        <w:rPr>
          <w:sz w:val="24"/>
          <w:szCs w:val="24"/>
        </w:rPr>
        <w:t>as a result of</w:t>
      </w:r>
      <w:proofErr w:type="gramEnd"/>
      <w:r w:rsidR="004E1265" w:rsidRPr="00D24BC9">
        <w:rPr>
          <w:sz w:val="24"/>
          <w:szCs w:val="24"/>
        </w:rPr>
        <w:t xml:space="preserve"> </w:t>
      </w:r>
      <w:r w:rsidR="00B061D2" w:rsidRPr="00D24BC9">
        <w:rPr>
          <w:sz w:val="24"/>
          <w:szCs w:val="24"/>
        </w:rPr>
        <w:t>the decrease in seats for internation</w:t>
      </w:r>
      <w:r w:rsidR="006B64C2" w:rsidRPr="00D24BC9">
        <w:rPr>
          <w:sz w:val="24"/>
          <w:szCs w:val="24"/>
        </w:rPr>
        <w:t>al</w:t>
      </w:r>
      <w:r w:rsidR="00B061D2" w:rsidRPr="00D24BC9">
        <w:rPr>
          <w:sz w:val="24"/>
          <w:szCs w:val="24"/>
        </w:rPr>
        <w:t xml:space="preserve"> students and their associated income, h</w:t>
      </w:r>
      <w:r w:rsidR="00D82050" w:rsidRPr="00D24BC9">
        <w:rPr>
          <w:sz w:val="24"/>
          <w:szCs w:val="24"/>
        </w:rPr>
        <w:t xml:space="preserve">undreds of professors have been laid off, </w:t>
      </w:r>
      <w:r w:rsidR="00087612" w:rsidRPr="00D24BC9">
        <w:rPr>
          <w:sz w:val="24"/>
          <w:szCs w:val="24"/>
        </w:rPr>
        <w:t>and</w:t>
      </w:r>
      <w:r w:rsidR="001F1E99" w:rsidRPr="00D24BC9">
        <w:rPr>
          <w:sz w:val="24"/>
          <w:szCs w:val="24"/>
        </w:rPr>
        <w:t xml:space="preserve"> including those were</w:t>
      </w:r>
      <w:r w:rsidR="00ED3493" w:rsidRPr="00D24BC9">
        <w:rPr>
          <w:sz w:val="24"/>
          <w:szCs w:val="24"/>
        </w:rPr>
        <w:t xml:space="preserve"> counselors</w:t>
      </w:r>
      <w:r w:rsidR="001F1E99" w:rsidRPr="00D24BC9">
        <w:rPr>
          <w:sz w:val="24"/>
          <w:szCs w:val="24"/>
        </w:rPr>
        <w:t>. As a result</w:t>
      </w:r>
      <w:r w:rsidR="00FD6769" w:rsidRPr="00D24BC9">
        <w:rPr>
          <w:sz w:val="24"/>
          <w:szCs w:val="24"/>
        </w:rPr>
        <w:t xml:space="preserve">, the </w:t>
      </w:r>
      <w:r w:rsidR="00B061D2" w:rsidRPr="00D24BC9">
        <w:rPr>
          <w:sz w:val="24"/>
          <w:szCs w:val="24"/>
        </w:rPr>
        <w:t>number</w:t>
      </w:r>
      <w:r w:rsidR="00FD6769" w:rsidRPr="00D24BC9">
        <w:rPr>
          <w:sz w:val="24"/>
          <w:szCs w:val="24"/>
        </w:rPr>
        <w:t xml:space="preserve"> of appointments a student can get with a counselor has gone from 12 per semester to only </w:t>
      </w:r>
      <w:r w:rsidR="00D83FA0" w:rsidRPr="00D24BC9">
        <w:rPr>
          <w:sz w:val="24"/>
          <w:szCs w:val="24"/>
        </w:rPr>
        <w:t>6 per year or 2 per semester for simplicity</w:t>
      </w:r>
      <w:r w:rsidR="006C17AF" w:rsidRPr="00D24BC9">
        <w:rPr>
          <w:sz w:val="24"/>
          <w:szCs w:val="24"/>
        </w:rPr>
        <w:t xml:space="preserve">. </w:t>
      </w:r>
      <w:r w:rsidR="00156B5E" w:rsidRPr="00D24BC9">
        <w:rPr>
          <w:sz w:val="24"/>
          <w:szCs w:val="24"/>
        </w:rPr>
        <w:t xml:space="preserve">Students have a right to be able to see a counselor when they need </w:t>
      </w:r>
      <w:r w:rsidR="00E67867" w:rsidRPr="00D24BC9">
        <w:rPr>
          <w:sz w:val="24"/>
          <w:szCs w:val="24"/>
        </w:rPr>
        <w:t>one,</w:t>
      </w:r>
      <w:r w:rsidR="00156B5E" w:rsidRPr="00D24BC9">
        <w:rPr>
          <w:sz w:val="24"/>
          <w:szCs w:val="24"/>
        </w:rPr>
        <w:t xml:space="preserve"> but when they only have</w:t>
      </w:r>
      <w:r w:rsidR="0064629C" w:rsidRPr="00D24BC9">
        <w:rPr>
          <w:sz w:val="24"/>
          <w:szCs w:val="24"/>
        </w:rPr>
        <w:t xml:space="preserve"> </w:t>
      </w:r>
      <w:r w:rsidR="000B144E" w:rsidRPr="00D24BC9">
        <w:rPr>
          <w:sz w:val="24"/>
          <w:szCs w:val="24"/>
        </w:rPr>
        <w:t>a handful of</w:t>
      </w:r>
      <w:r w:rsidR="0064629C" w:rsidRPr="00D24BC9">
        <w:rPr>
          <w:sz w:val="24"/>
          <w:szCs w:val="24"/>
        </w:rPr>
        <w:t xml:space="preserve"> allotted appointments, how can they receive the support they need</w:t>
      </w:r>
      <w:r w:rsidR="00E67867" w:rsidRPr="00D24BC9">
        <w:rPr>
          <w:sz w:val="24"/>
          <w:szCs w:val="24"/>
        </w:rPr>
        <w:t>?</w:t>
      </w:r>
      <w:r w:rsidR="0064629C" w:rsidRPr="00D24BC9">
        <w:rPr>
          <w:sz w:val="24"/>
          <w:szCs w:val="24"/>
        </w:rPr>
        <w:t xml:space="preserve"> By voting for me, you will be supporting my pursuit to advocate for the increase in counselor appointments</w:t>
      </w:r>
      <w:r w:rsidR="00AE2D0F" w:rsidRPr="00D24BC9">
        <w:rPr>
          <w:sz w:val="24"/>
          <w:szCs w:val="24"/>
        </w:rPr>
        <w:t xml:space="preserve"> and staff </w:t>
      </w:r>
      <w:r w:rsidR="00B77CBA" w:rsidRPr="00D24BC9">
        <w:rPr>
          <w:sz w:val="24"/>
          <w:szCs w:val="24"/>
        </w:rPr>
        <w:t>to help with the ensuing mental health crisis affecting current students.</w:t>
      </w:r>
      <w:r w:rsidR="00543037" w:rsidRPr="00D24BC9">
        <w:rPr>
          <w:sz w:val="24"/>
          <w:szCs w:val="24"/>
        </w:rPr>
        <w:t xml:space="preserve"> </w:t>
      </w:r>
    </w:p>
    <w:sectPr w:rsidR="006B569E" w:rsidRPr="00D24BC9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2340728">
    <w:abstractNumId w:val="8"/>
  </w:num>
  <w:num w:numId="2" w16cid:durableId="1180044657">
    <w:abstractNumId w:val="6"/>
  </w:num>
  <w:num w:numId="3" w16cid:durableId="1179347392">
    <w:abstractNumId w:val="5"/>
  </w:num>
  <w:num w:numId="4" w16cid:durableId="1135298367">
    <w:abstractNumId w:val="4"/>
  </w:num>
  <w:num w:numId="5" w16cid:durableId="1619599685">
    <w:abstractNumId w:val="7"/>
  </w:num>
  <w:num w:numId="6" w16cid:durableId="995112992">
    <w:abstractNumId w:val="3"/>
  </w:num>
  <w:num w:numId="7" w16cid:durableId="1506481969">
    <w:abstractNumId w:val="2"/>
  </w:num>
  <w:num w:numId="8" w16cid:durableId="1679312770">
    <w:abstractNumId w:val="1"/>
  </w:num>
  <w:num w:numId="9" w16cid:durableId="110706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60A"/>
    <w:rsid w:val="00034616"/>
    <w:rsid w:val="00053A42"/>
    <w:rsid w:val="000562FD"/>
    <w:rsid w:val="0006063C"/>
    <w:rsid w:val="000813D2"/>
    <w:rsid w:val="00087612"/>
    <w:rsid w:val="000B144E"/>
    <w:rsid w:val="000B551D"/>
    <w:rsid w:val="000C4D45"/>
    <w:rsid w:val="00106D3B"/>
    <w:rsid w:val="00110313"/>
    <w:rsid w:val="00122050"/>
    <w:rsid w:val="0015074B"/>
    <w:rsid w:val="00152C55"/>
    <w:rsid w:val="00156B5E"/>
    <w:rsid w:val="00177350"/>
    <w:rsid w:val="00190465"/>
    <w:rsid w:val="001B1F74"/>
    <w:rsid w:val="001C2777"/>
    <w:rsid w:val="001F1E99"/>
    <w:rsid w:val="0026130D"/>
    <w:rsid w:val="00287610"/>
    <w:rsid w:val="0029639D"/>
    <w:rsid w:val="00317D44"/>
    <w:rsid w:val="00326F90"/>
    <w:rsid w:val="0034403C"/>
    <w:rsid w:val="003E5609"/>
    <w:rsid w:val="00407676"/>
    <w:rsid w:val="004960C2"/>
    <w:rsid w:val="004E1265"/>
    <w:rsid w:val="00510CAB"/>
    <w:rsid w:val="00543037"/>
    <w:rsid w:val="0064629C"/>
    <w:rsid w:val="006A6030"/>
    <w:rsid w:val="006B569E"/>
    <w:rsid w:val="006B64C2"/>
    <w:rsid w:val="006C17AF"/>
    <w:rsid w:val="006C23C6"/>
    <w:rsid w:val="007B7F06"/>
    <w:rsid w:val="00853904"/>
    <w:rsid w:val="008C071D"/>
    <w:rsid w:val="00921228"/>
    <w:rsid w:val="0098193E"/>
    <w:rsid w:val="009968C8"/>
    <w:rsid w:val="00AA1D8D"/>
    <w:rsid w:val="00AE2D0F"/>
    <w:rsid w:val="00AF2E79"/>
    <w:rsid w:val="00AF5E17"/>
    <w:rsid w:val="00B061D2"/>
    <w:rsid w:val="00B47730"/>
    <w:rsid w:val="00B77CBA"/>
    <w:rsid w:val="00B86FF2"/>
    <w:rsid w:val="00C13F48"/>
    <w:rsid w:val="00CB0664"/>
    <w:rsid w:val="00CC5601"/>
    <w:rsid w:val="00CF6D98"/>
    <w:rsid w:val="00D07003"/>
    <w:rsid w:val="00D24BC9"/>
    <w:rsid w:val="00D351E2"/>
    <w:rsid w:val="00D44C80"/>
    <w:rsid w:val="00D82050"/>
    <w:rsid w:val="00D82BFC"/>
    <w:rsid w:val="00D83FA0"/>
    <w:rsid w:val="00D84342"/>
    <w:rsid w:val="00D86E83"/>
    <w:rsid w:val="00DD33D6"/>
    <w:rsid w:val="00E67867"/>
    <w:rsid w:val="00EB17F2"/>
    <w:rsid w:val="00ED3493"/>
    <w:rsid w:val="00F16799"/>
    <w:rsid w:val="00FA1744"/>
    <w:rsid w:val="00FA3E69"/>
    <w:rsid w:val="00FC693F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3F7F13"/>
  <w14:defaultImageDpi w14:val="300"/>
  <w15:docId w15:val="{67E0242B-AD1D-4CA6-95EA-3A841AF0E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Gunkirat Randhawa</cp:lastModifiedBy>
  <cp:revision>3</cp:revision>
  <dcterms:created xsi:type="dcterms:W3CDTF">2026-10-02T07:13:00Z</dcterms:created>
  <dcterms:modified xsi:type="dcterms:W3CDTF">2026-10-13T18:46:00Z</dcterms:modified>
  <cp:category/>
</cp:coreProperties>
</file>